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CE993" w14:textId="77777777" w:rsidR="00B10CFA" w:rsidRDefault="00960453">
      <w:pPr>
        <w:spacing w:before="120" w:after="40" w:line="240" w:lineRule="auto"/>
        <w:jc w:val="center"/>
      </w:pPr>
      <w:r>
        <w:rPr>
          <w:rFonts w:eastAsia="Arial"/>
          <w:b/>
          <w:color w:val="1F3244"/>
          <w:sz w:val="26"/>
        </w:rPr>
        <w:t>ZAHTJEV ZA UPIS I AKREDITACIJU STALNOG INOZEMNOG DOPISNIKA</w:t>
      </w:r>
      <w:r>
        <w:rPr>
          <w:rFonts w:eastAsia="Arial"/>
          <w:b/>
          <w:color w:val="1F3244"/>
          <w:sz w:val="26"/>
        </w:rPr>
        <w:br/>
        <w:t>U REPUBLICI HRVATSKOJ</w:t>
      </w:r>
    </w:p>
    <w:p w14:paraId="1D3974EF" w14:textId="77777777" w:rsidR="00B10CFA" w:rsidRDefault="00960453">
      <w:pPr>
        <w:spacing w:after="180" w:line="240" w:lineRule="auto"/>
        <w:jc w:val="center"/>
      </w:pPr>
      <w:r>
        <w:rPr>
          <w:rFonts w:eastAsia="Arial"/>
          <w:b/>
          <w:color w:val="505050"/>
          <w:sz w:val="21"/>
        </w:rPr>
        <w:t>APPLICATION FOR REGISTRATION AND ACCREDITATION OF A PERMANENT FOREIGN CORRESPONDENT</w:t>
      </w:r>
      <w:r>
        <w:rPr>
          <w:rFonts w:eastAsia="Arial"/>
          <w:b/>
          <w:color w:val="505050"/>
          <w:sz w:val="21"/>
        </w:rPr>
        <w:br/>
        <w:t>IN THE REPUBLIC OF CROATIA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882"/>
      </w:tblGrid>
      <w:tr w:rsidR="00B10CFA" w14:paraId="1CD32CD0" w14:textId="77777777">
        <w:trPr>
          <w:jc w:val="center"/>
        </w:trPr>
        <w:tc>
          <w:tcPr>
            <w:tcW w:w="10482" w:type="dxa"/>
            <w:gridSpan w:val="2"/>
            <w:tcBorders>
              <w:top w:val="single" w:sz="0" w:space="0" w:color="243B53"/>
              <w:left w:val="single" w:sz="0" w:space="0" w:color="243B53"/>
              <w:bottom w:val="single" w:sz="0" w:space="0" w:color="243B53"/>
              <w:right w:val="single" w:sz="0" w:space="0" w:color="243B53"/>
            </w:tcBorders>
            <w:shd w:val="clear" w:color="auto" w:fill="243B53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047C812" w14:textId="77777777" w:rsidR="00B10CFA" w:rsidRDefault="00960453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PODACI O PODNOSITELJU ZAHTJEVA / APPLICANT DETAILS</w:t>
            </w:r>
          </w:p>
        </w:tc>
      </w:tr>
      <w:tr w:rsidR="00B10CFA" w14:paraId="52106504" w14:textId="77777777">
        <w:trPr>
          <w:trHeight w:val="538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6AEBF8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Ime i prezime</w:t>
            </w:r>
            <w:r>
              <w:rPr>
                <w:i/>
                <w:color w:val="4B4B4B"/>
                <w:sz w:val="17"/>
              </w:rPr>
              <w:br/>
              <w:t>Full name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EB8313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0A37261F" w14:textId="77777777">
        <w:trPr>
          <w:trHeight w:val="538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00209F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Datum, mjesto i država rođenja</w:t>
            </w:r>
            <w:r>
              <w:rPr>
                <w:i/>
                <w:color w:val="4B4B4B"/>
                <w:sz w:val="17"/>
              </w:rPr>
              <w:br/>
              <w:t>Date, place and country of birth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F04941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248BD407" w14:textId="77777777">
        <w:trPr>
          <w:trHeight w:val="481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BE2F22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Državljanstvo</w:t>
            </w:r>
            <w:r>
              <w:rPr>
                <w:i/>
                <w:color w:val="4B4B4B"/>
                <w:sz w:val="17"/>
              </w:rPr>
              <w:br/>
              <w:t>Citizenship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22E3DA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4F4461B7" w14:textId="77777777">
        <w:trPr>
          <w:trHeight w:val="567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51C781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Vrsta i broj važeće identifikacijske isprave</w:t>
            </w:r>
            <w:r>
              <w:rPr>
                <w:i/>
                <w:color w:val="4B4B4B"/>
                <w:sz w:val="17"/>
              </w:rPr>
              <w:br/>
              <w:t>Type and number of a valid identity document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5F6F7A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42FCB0B8" w14:textId="77777777">
        <w:trPr>
          <w:trHeight w:val="708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658921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Adresa prebivališta ili boravišta u Republici Hrvatskoj</w:t>
            </w:r>
            <w:r>
              <w:rPr>
                <w:i/>
                <w:color w:val="4B4B4B"/>
                <w:sz w:val="17"/>
              </w:rPr>
              <w:br/>
              <w:t>Address of permanent or temporary residence in the Republic of Croatia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4A787B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52C86CED" w14:textId="77777777">
        <w:trPr>
          <w:trHeight w:val="481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1458DC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Adresa elektroničke pošte</w:t>
            </w:r>
            <w:r>
              <w:rPr>
                <w:i/>
                <w:color w:val="4B4B4B"/>
                <w:sz w:val="17"/>
              </w:rPr>
              <w:br/>
              <w:t>Email address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A1DDD7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4E6BAD08" w14:textId="77777777">
        <w:trPr>
          <w:trHeight w:val="481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07A89F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Kontaktni broj telefona</w:t>
            </w:r>
            <w:r>
              <w:rPr>
                <w:i/>
                <w:color w:val="4B4B4B"/>
                <w:sz w:val="17"/>
              </w:rPr>
              <w:br/>
              <w:t>Contact telephone number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DCC483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</w:tbl>
    <w:p w14:paraId="13D9E4C6" w14:textId="77777777" w:rsidR="00B10CFA" w:rsidRDefault="00B10CFA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882"/>
      </w:tblGrid>
      <w:tr w:rsidR="00B10CFA" w14:paraId="55759242" w14:textId="77777777">
        <w:trPr>
          <w:jc w:val="center"/>
        </w:trPr>
        <w:tc>
          <w:tcPr>
            <w:tcW w:w="10482" w:type="dxa"/>
            <w:gridSpan w:val="2"/>
            <w:tcBorders>
              <w:top w:val="single" w:sz="0" w:space="0" w:color="243B53"/>
              <w:left w:val="single" w:sz="0" w:space="0" w:color="243B53"/>
              <w:bottom w:val="single" w:sz="0" w:space="0" w:color="243B53"/>
              <w:right w:val="single" w:sz="0" w:space="0" w:color="243B53"/>
            </w:tcBorders>
            <w:shd w:val="clear" w:color="auto" w:fill="243B53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92A43BE" w14:textId="77777777" w:rsidR="00B10CFA" w:rsidRDefault="00960453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PODACI O MEDIJSKOJ ORGANIZACIJI / MEDIA ORGANISATION DETAILS</w:t>
            </w:r>
          </w:p>
        </w:tc>
      </w:tr>
      <w:tr w:rsidR="00B10CFA" w14:paraId="3C6E850C" w14:textId="77777777">
        <w:trPr>
          <w:trHeight w:val="538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78DDB2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Naziv medijske organizacije</w:t>
            </w:r>
            <w:r>
              <w:rPr>
                <w:i/>
                <w:color w:val="4B4B4B"/>
                <w:sz w:val="17"/>
              </w:rPr>
              <w:br/>
              <w:t>Name of media organisation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DDC8D6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079CBE41" w14:textId="77777777">
        <w:trPr>
          <w:trHeight w:val="652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F2E5E3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Sjedište medijske organizacije u inozemstvu</w:t>
            </w:r>
            <w:r>
              <w:rPr>
                <w:i/>
                <w:color w:val="4B4B4B"/>
                <w:sz w:val="17"/>
              </w:rPr>
              <w:br/>
              <w:t>Headquarters address of the media organisation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6A2F12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1084340A" w14:textId="77777777">
        <w:trPr>
          <w:trHeight w:val="652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3B68A1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Adresa dopisništva u Republici Hrvatskoj (ako je primjenjivo)</w:t>
            </w:r>
            <w:r>
              <w:rPr>
                <w:i/>
                <w:color w:val="4B4B4B"/>
                <w:sz w:val="17"/>
              </w:rPr>
              <w:br/>
              <w:t>Address of correspondent's office in the Republic of Croatia (if applicable)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29B7FD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5A67A85A" w14:textId="77777777">
        <w:trPr>
          <w:trHeight w:val="765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CD0FEB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Ovlaštena ili odgovorna osoba medijske organizacije i kontaktni podaci</w:t>
            </w:r>
            <w:r>
              <w:rPr>
                <w:i/>
                <w:color w:val="4B4B4B"/>
                <w:sz w:val="17"/>
              </w:rPr>
              <w:br/>
              <w:t>Authorised or responsible person at the media organisation and contact details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E86B42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  <w:tr w:rsidR="00B10CFA" w14:paraId="14E1D2E9" w14:textId="77777777">
        <w:trPr>
          <w:trHeight w:val="652"/>
          <w:jc w:val="center"/>
        </w:trPr>
        <w:tc>
          <w:tcPr>
            <w:tcW w:w="3600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B27BAE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Profesionalna funkcija</w:t>
            </w:r>
            <w:r>
              <w:rPr>
                <w:i/>
                <w:color w:val="4B4B4B"/>
                <w:sz w:val="17"/>
              </w:rPr>
              <w:br/>
              <w:t>Professional role</w:t>
            </w:r>
          </w:p>
        </w:tc>
        <w:tc>
          <w:tcPr>
            <w:tcW w:w="649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3FAD22" w14:textId="77777777" w:rsidR="00B10CFA" w:rsidRDefault="00960453">
            <w:pPr>
              <w:spacing w:after="0" w:line="240" w:lineRule="auto"/>
            </w:pPr>
            <w:r>
              <w:rPr>
                <w:color w:val="4B4B4B"/>
                <w:sz w:val="16"/>
              </w:rPr>
              <w:t>☐ Novinar / Journalist    ☐ Fotoreporter / Photojournalist    ☐ Snimatelj / Camera operator</w:t>
            </w:r>
            <w:r>
              <w:rPr>
                <w:color w:val="4B4B4B"/>
                <w:sz w:val="16"/>
              </w:rPr>
              <w:br/>
              <w:t>☐ Drugo / Other:  __________________________________</w:t>
            </w:r>
          </w:p>
        </w:tc>
      </w:tr>
    </w:tbl>
    <w:p w14:paraId="3664FB27" w14:textId="77777777" w:rsidR="00B10CFA" w:rsidRDefault="00960453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3E6BC071" w14:textId="77777777">
        <w:trPr>
          <w:jc w:val="center"/>
        </w:trPr>
        <w:tc>
          <w:tcPr>
            <w:tcW w:w="10482" w:type="dxa"/>
            <w:tcBorders>
              <w:top w:val="single" w:sz="0" w:space="0" w:color="243B53"/>
              <w:left w:val="single" w:sz="0" w:space="0" w:color="243B53"/>
              <w:bottom w:val="single" w:sz="0" w:space="0" w:color="243B53"/>
              <w:right w:val="single" w:sz="0" w:space="0" w:color="243B53"/>
            </w:tcBorders>
            <w:shd w:val="clear" w:color="auto" w:fill="243B53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B03DE15" w14:textId="77777777" w:rsidR="00B10CFA" w:rsidRDefault="00960453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lastRenderedPageBreak/>
              <w:t>OBVEZNI PRILOZI / REQUIRED DOCUMENTS</w:t>
            </w:r>
          </w:p>
        </w:tc>
      </w:tr>
    </w:tbl>
    <w:p w14:paraId="46C28FB5" w14:textId="77777777" w:rsidR="00B10CFA" w:rsidRDefault="00960453">
      <w:pPr>
        <w:spacing w:after="80" w:line="259" w:lineRule="auto"/>
      </w:pPr>
      <w:r>
        <w:rPr>
          <w:b/>
          <w:color w:val="1F3244"/>
          <w:sz w:val="18"/>
        </w:rPr>
        <w:t>Uz ispunjeni obrazac potrebno je priložiti:</w:t>
      </w:r>
      <w:r>
        <w:rPr>
          <w:b/>
          <w:i/>
          <w:color w:val="1F3244"/>
          <w:sz w:val="17"/>
        </w:rPr>
        <w:br/>
        <w:t>The completed application form must be accompanied by: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4CC5FFF0" w14:textId="77777777">
        <w:trPr>
          <w:jc w:val="center"/>
        </w:trPr>
        <w:tc>
          <w:tcPr>
            <w:tcW w:w="10482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0FF8BC" w14:textId="77777777" w:rsidR="00B10CFA" w:rsidRDefault="00960453">
            <w:pPr>
              <w:spacing w:after="0" w:line="247" w:lineRule="auto"/>
            </w:pPr>
            <w:r>
              <w:rPr>
                <w:b/>
                <w:color w:val="1F3244"/>
                <w:sz w:val="18"/>
              </w:rPr>
              <w:t>☐  Životopis podnositelja zahtjeva</w:t>
            </w:r>
            <w:r>
              <w:rPr>
                <w:i/>
                <w:color w:val="4B4B4B"/>
                <w:sz w:val="16"/>
              </w:rPr>
              <w:br/>
              <w:t>CV of the applicant</w:t>
            </w:r>
          </w:p>
        </w:tc>
      </w:tr>
    </w:tbl>
    <w:p w14:paraId="62F88A81" w14:textId="77777777" w:rsidR="00B10CFA" w:rsidRDefault="00B10CF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674DE891" w14:textId="77777777">
        <w:trPr>
          <w:jc w:val="center"/>
        </w:trPr>
        <w:tc>
          <w:tcPr>
            <w:tcW w:w="10482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E65B6A" w14:textId="77777777" w:rsidR="00B10CFA" w:rsidRDefault="00960453">
            <w:pPr>
              <w:spacing w:after="0" w:line="247" w:lineRule="auto"/>
            </w:pPr>
            <w:r>
              <w:rPr>
                <w:b/>
                <w:color w:val="1F3244"/>
                <w:sz w:val="18"/>
              </w:rPr>
              <w:t>☐  Dopis, ugovor, odluka ili drugi akt ovlaštene ili odgovorne osobe medijske organizacije kojim se potvrđuje imenovanje podnositelja zahtjeva za stalnog inozemnog dopisnika te traži njegov upis i akreditacija u Republici Hrvatskoj</w:t>
            </w:r>
            <w:r>
              <w:rPr>
                <w:i/>
                <w:color w:val="4B4B4B"/>
                <w:sz w:val="16"/>
              </w:rPr>
              <w:br/>
              <w:t>Letter, contract, appointment decision or other document issued by an authorised or responsible person at the media organisation confirming the applicant's appointment as a permanent foreign correspondent and requesting registration and accreditation in the Republic of Croatia</w:t>
            </w:r>
          </w:p>
        </w:tc>
      </w:tr>
    </w:tbl>
    <w:p w14:paraId="32DFF4A5" w14:textId="77777777" w:rsidR="00B10CFA" w:rsidRDefault="00B10CF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5C73554E" w14:textId="77777777">
        <w:trPr>
          <w:jc w:val="center"/>
        </w:trPr>
        <w:tc>
          <w:tcPr>
            <w:tcW w:w="10482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B91BFB" w14:textId="77777777" w:rsidR="00B10CFA" w:rsidRDefault="00960453">
            <w:pPr>
              <w:spacing w:after="0" w:line="247" w:lineRule="auto"/>
            </w:pPr>
            <w:r>
              <w:rPr>
                <w:b/>
                <w:color w:val="1F3244"/>
                <w:sz w:val="18"/>
              </w:rPr>
              <w:t>☐  Preslika važeće identifikacijske isprave (putovnica ili osobna iskaznica)</w:t>
            </w:r>
            <w:r>
              <w:rPr>
                <w:i/>
                <w:color w:val="4B4B4B"/>
                <w:sz w:val="16"/>
              </w:rPr>
              <w:br/>
              <w:t>Copy of a valid identity document (passport or identity card)</w:t>
            </w:r>
          </w:p>
        </w:tc>
      </w:tr>
    </w:tbl>
    <w:p w14:paraId="4F9C8B78" w14:textId="77777777" w:rsidR="00B10CFA" w:rsidRDefault="00B10CF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52E43315" w14:textId="77777777">
        <w:trPr>
          <w:jc w:val="center"/>
        </w:trPr>
        <w:tc>
          <w:tcPr>
            <w:tcW w:w="10482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9F5748" w14:textId="77777777" w:rsidR="00B10CFA" w:rsidRDefault="00960453">
            <w:pPr>
              <w:spacing w:after="0" w:line="247" w:lineRule="auto"/>
            </w:pPr>
            <w:r>
              <w:rPr>
                <w:b/>
                <w:color w:val="1F3244"/>
                <w:sz w:val="18"/>
              </w:rPr>
              <w:t>☐  Fotografija podnositelja zahtjeva dostavljena elektroničkom poštom (JPG, 210 × 270 px)</w:t>
            </w:r>
            <w:r>
              <w:rPr>
                <w:i/>
                <w:color w:val="4B4B4B"/>
                <w:sz w:val="16"/>
              </w:rPr>
              <w:br/>
              <w:t>Photograph of the applicant submitted by email (JPG, 210 × 270 px)</w:t>
            </w:r>
          </w:p>
        </w:tc>
      </w:tr>
    </w:tbl>
    <w:p w14:paraId="178882E0" w14:textId="77777777" w:rsidR="00B10CFA" w:rsidRDefault="00B10CF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B10CFA" w14:paraId="19A0DE58" w14:textId="77777777">
        <w:trPr>
          <w:jc w:val="center"/>
        </w:trPr>
        <w:tc>
          <w:tcPr>
            <w:tcW w:w="10482" w:type="dxa"/>
            <w:tcBorders>
              <w:top w:val="single" w:sz="0" w:space="0" w:color="243B53"/>
              <w:left w:val="single" w:sz="0" w:space="0" w:color="243B53"/>
              <w:bottom w:val="single" w:sz="0" w:space="0" w:color="243B53"/>
              <w:right w:val="single" w:sz="0" w:space="0" w:color="243B53"/>
            </w:tcBorders>
            <w:shd w:val="clear" w:color="auto" w:fill="243B53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B118179" w14:textId="77777777" w:rsidR="00B10CFA" w:rsidRDefault="00960453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NAPOMENE / NOTES</w:t>
            </w:r>
          </w:p>
        </w:tc>
      </w:tr>
    </w:tbl>
    <w:p w14:paraId="4B7E9249" w14:textId="77777777" w:rsidR="00B10CFA" w:rsidRDefault="00960453">
      <w:pPr>
        <w:spacing w:after="80" w:line="252" w:lineRule="auto"/>
      </w:pPr>
      <w:r>
        <w:rPr>
          <w:color w:val="2D2D2D"/>
          <w:sz w:val="17"/>
        </w:rPr>
        <w:t>Za obradu zahtjeva potrebno je ispuniti sva obvezna polja i dostaviti svu traženu dokumentaciju. Ministarstvo može prema potrebi zatražiti dodatne informacije ili dokumente.</w:t>
      </w:r>
      <w:r>
        <w:rPr>
          <w:i/>
          <w:color w:val="555555"/>
          <w:sz w:val="16"/>
        </w:rPr>
        <w:br/>
        <w:t>All mandatory fields must be completed and all required supporting documentation submitted for the application to be processed. The Ministry may request additional information or documents where necessary.</w:t>
      </w:r>
    </w:p>
    <w:p w14:paraId="51BEDCD3" w14:textId="77777777" w:rsidR="00B10CFA" w:rsidRDefault="00960453">
      <w:pPr>
        <w:spacing w:after="80" w:line="252" w:lineRule="auto"/>
      </w:pPr>
      <w:r>
        <w:rPr>
          <w:color w:val="2D2D2D"/>
          <w:sz w:val="17"/>
        </w:rPr>
        <w:t>Osobni podaci navedeni u ovom zahtjevu obrađuju se u svrhu provedbe postupka upisa i akreditacije, u skladu s primjenjivim propisima o zaštiti osobnih podataka.</w:t>
      </w:r>
      <w:r>
        <w:rPr>
          <w:i/>
          <w:color w:val="555555"/>
          <w:sz w:val="16"/>
        </w:rPr>
        <w:br/>
        <w:t>Personal data provided in this application are processed for the purpose of the registration and accreditation procedure, in accordance with applicable data protection legislation.</w:t>
      </w:r>
    </w:p>
    <w:p w14:paraId="222A707B" w14:textId="77777777" w:rsidR="00B10CFA" w:rsidRDefault="00960453">
      <w:pPr>
        <w:spacing w:after="80" w:line="252" w:lineRule="auto"/>
      </w:pPr>
      <w:r>
        <w:rPr>
          <w:color w:val="2D2D2D"/>
          <w:sz w:val="17"/>
        </w:rPr>
        <w:t>Ispunjeni obrazac i pripadajuću dokumentaciju potrebno je dostaviti elektroničkom poštom na: glasnogovornik@mvep.hr</w:t>
      </w:r>
      <w:r>
        <w:rPr>
          <w:i/>
          <w:color w:val="555555"/>
          <w:sz w:val="16"/>
        </w:rPr>
        <w:br/>
        <w:t>The completed form and supporting documentation should be submitted by email to: glasnogovornik@mvep.hr</w:t>
      </w:r>
    </w:p>
    <w:p w14:paraId="5129F2C1" w14:textId="77777777" w:rsidR="00B10CFA" w:rsidRDefault="00B10CFA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1"/>
        <w:gridCol w:w="5241"/>
      </w:tblGrid>
      <w:tr w:rsidR="00B10CFA" w14:paraId="6B0FC280" w14:textId="77777777">
        <w:trPr>
          <w:jc w:val="center"/>
        </w:trPr>
        <w:tc>
          <w:tcPr>
            <w:tcW w:w="10482" w:type="dxa"/>
            <w:gridSpan w:val="2"/>
            <w:tcBorders>
              <w:top w:val="single" w:sz="0" w:space="0" w:color="243B53"/>
              <w:left w:val="single" w:sz="0" w:space="0" w:color="243B53"/>
              <w:bottom w:val="single" w:sz="0" w:space="0" w:color="243B53"/>
              <w:right w:val="single" w:sz="0" w:space="0" w:color="243B53"/>
            </w:tcBorders>
            <w:shd w:val="clear" w:color="auto" w:fill="243B53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152A84F" w14:textId="77777777" w:rsidR="00B10CFA" w:rsidRDefault="00960453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MJESTO, DATUM I POTPIS / PLACE, DATE AND SIGNATURE</w:t>
            </w:r>
          </w:p>
        </w:tc>
      </w:tr>
      <w:tr w:rsidR="00B10CFA" w:rsidRPr="0077632B" w14:paraId="7E0E3121" w14:textId="77777777">
        <w:trPr>
          <w:jc w:val="center"/>
        </w:trPr>
        <w:tc>
          <w:tcPr>
            <w:tcW w:w="524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EEF2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A5A69A" w14:textId="77777777" w:rsidR="00B10CFA" w:rsidRDefault="00960453">
            <w:pPr>
              <w:spacing w:after="0" w:line="240" w:lineRule="auto"/>
            </w:pPr>
            <w:r>
              <w:rPr>
                <w:b/>
                <w:color w:val="1F3244"/>
                <w:sz w:val="18"/>
              </w:rPr>
              <w:t>Mjesto i datum</w:t>
            </w:r>
            <w:r>
              <w:rPr>
                <w:i/>
                <w:color w:val="4B4B4B"/>
                <w:sz w:val="17"/>
              </w:rPr>
              <w:br/>
              <w:t>Place and date</w:t>
            </w:r>
          </w:p>
        </w:tc>
        <w:tc>
          <w:tcPr>
            <w:tcW w:w="524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EEF2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F556C3" w14:textId="77777777" w:rsidR="00B10CFA" w:rsidRPr="0077632B" w:rsidRDefault="00960453">
            <w:pPr>
              <w:spacing w:after="0" w:line="240" w:lineRule="auto"/>
              <w:rPr>
                <w:lang w:val="fr-FR"/>
              </w:rPr>
            </w:pPr>
            <w:r>
              <w:rPr>
                <w:b/>
                <w:color w:val="1F3244"/>
                <w:sz w:val="18"/>
              </w:rPr>
              <w:t>Potpis podnositelja zahtjeva</w:t>
            </w:r>
            <w:r>
              <w:rPr>
                <w:i/>
                <w:color w:val="4B4B4B"/>
                <w:sz w:val="17"/>
              </w:rPr>
              <w:br/>
              <w:t>Applicant's signature</w:t>
            </w:r>
          </w:p>
        </w:tc>
      </w:tr>
      <w:tr w:rsidR="00B10CFA" w14:paraId="3669B982" w14:textId="77777777">
        <w:trPr>
          <w:trHeight w:val="708"/>
          <w:jc w:val="center"/>
        </w:trPr>
        <w:tc>
          <w:tcPr>
            <w:tcW w:w="524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7FCB55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  <w:tc>
          <w:tcPr>
            <w:tcW w:w="5241" w:type="dxa"/>
            <w:tcBorders>
              <w:top w:val="single" w:sz="5" w:space="0" w:color="D7DEE5"/>
              <w:left w:val="single" w:sz="5" w:space="0" w:color="D7DEE5"/>
              <w:bottom w:val="single" w:sz="5" w:space="0" w:color="D7DEE5"/>
              <w:right w:val="single" w:sz="5" w:space="0" w:color="D7DEE5"/>
            </w:tcBorders>
            <w:shd w:val="clear" w:color="auto" w:fill="FAFA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A83799" w14:textId="77777777" w:rsidR="00B10CFA" w:rsidRDefault="00960453">
            <w:pPr>
              <w:spacing w:after="0" w:line="240" w:lineRule="auto"/>
            </w:pPr>
            <w:r>
              <w:rPr>
                <w:i/>
                <w:color w:val="999999"/>
                <w:sz w:val="17"/>
              </w:rPr>
              <w:t>Kliknite i upišite / Click and enter</w:t>
            </w:r>
          </w:p>
        </w:tc>
      </w:tr>
    </w:tbl>
    <w:p w14:paraId="10FE75CD" w14:textId="77777777" w:rsidR="00960453" w:rsidRDefault="00960453"/>
    <w:sectPr w:rsidR="00960453" w:rsidSect="00034616">
      <w:headerReference w:type="default" r:id="rId8"/>
      <w:footerReference w:type="default" r:id="rId9"/>
      <w:pgSz w:w="12240" w:h="15840"/>
      <w:pgMar w:top="879" w:right="879" w:bottom="822" w:left="87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8D930" w14:textId="77777777" w:rsidR="005E0A73" w:rsidRDefault="005E0A73">
      <w:pPr>
        <w:spacing w:after="0" w:line="240" w:lineRule="auto"/>
      </w:pPr>
      <w:r>
        <w:separator/>
      </w:r>
    </w:p>
  </w:endnote>
  <w:endnote w:type="continuationSeparator" w:id="0">
    <w:p w14:paraId="04E2FAC5" w14:textId="77777777" w:rsidR="005E0A73" w:rsidRDefault="005E0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C2D2" w14:textId="5426E1CB" w:rsidR="00B10CFA" w:rsidRDefault="00960453">
    <w:pPr>
      <w:pStyle w:val="Footer"/>
      <w:jc w:val="center"/>
    </w:pPr>
    <w:r>
      <w:rPr>
        <w:b/>
        <w:color w:val="4B4B4B"/>
        <w:sz w:val="14"/>
      </w:rPr>
      <w:t>Samostalni sektor za vanjsku i europsku politiku – Služba za odnose s javnošću</w:t>
    </w:r>
    <w:r>
      <w:rPr>
        <w:i/>
        <w:color w:val="4B4B4B"/>
        <w:sz w:val="14"/>
      </w:rPr>
      <w:br/>
      <w:t xml:space="preserve">Independent Sector for Foreign and European Policy – Public Relations </w:t>
    </w:r>
    <w:r w:rsidR="00DA4AB0" w:rsidRPr="00DA4AB0">
      <w:rPr>
        <w:i/>
        <w:color w:val="4B4B4B"/>
        <w:sz w:val="14"/>
      </w:rPr>
      <w:t xml:space="preserve">Department  </w:t>
    </w:r>
    <w:r>
      <w:rPr>
        <w:color w:val="4B4B4B"/>
        <w:sz w:val="14"/>
      </w:rPr>
      <w:t>|  Trg N. Š. Zrinskog 7–8, 10000 Zagreb  |  glasnogovornik@mvep.hr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0CD3" w14:textId="77777777" w:rsidR="005E0A73" w:rsidRDefault="005E0A73">
      <w:pPr>
        <w:spacing w:after="0" w:line="240" w:lineRule="auto"/>
      </w:pPr>
      <w:r>
        <w:separator/>
      </w:r>
    </w:p>
  </w:footnote>
  <w:footnote w:type="continuationSeparator" w:id="0">
    <w:p w14:paraId="12B6D078" w14:textId="77777777" w:rsidR="005E0A73" w:rsidRDefault="005E0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D248" w14:textId="77777777" w:rsidR="00B10CFA" w:rsidRDefault="00B10CFA">
    <w:pPr>
      <w:pStyle w:val="Head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46"/>
      <w:gridCol w:w="5046"/>
    </w:tblGrid>
    <w:tr w:rsidR="00B10CFA" w14:paraId="7D3AF1DB" w14:textId="77777777">
      <w:trPr>
        <w:jc w:val="center"/>
      </w:trPr>
      <w:tc>
        <w:tcPr>
          <w:tcW w:w="5046" w:type="dxa"/>
          <w:tcBorders>
            <w:top w:val="nil"/>
            <w:left w:val="nil"/>
            <w:bottom w:val="single" w:sz="10" w:space="0" w:color="243B53"/>
            <w:right w:val="nil"/>
          </w:tcBorders>
          <w:tcMar>
            <w:top w:w="40" w:type="dxa"/>
            <w:left w:w="0" w:type="dxa"/>
            <w:bottom w:w="75" w:type="dxa"/>
            <w:right w:w="0" w:type="dxa"/>
          </w:tcMar>
          <w:vAlign w:val="center"/>
        </w:tcPr>
        <w:p w14:paraId="7CCEE12E" w14:textId="3492E397" w:rsidR="00B10CFA" w:rsidRDefault="0077632B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3BA1D391" wp14:editId="5088F65E">
                <wp:extent cx="1579033" cy="359554"/>
                <wp:effectExtent l="0" t="0" r="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238" cy="376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Borders>
            <w:top w:val="nil"/>
            <w:left w:val="nil"/>
            <w:bottom w:val="single" w:sz="10" w:space="0" w:color="243B53"/>
            <w:right w:val="nil"/>
          </w:tcBorders>
          <w:tcMar>
            <w:top w:w="40" w:type="dxa"/>
            <w:left w:w="0" w:type="dxa"/>
            <w:bottom w:w="75" w:type="dxa"/>
            <w:right w:w="0" w:type="dxa"/>
          </w:tcMar>
        </w:tcPr>
        <w:p w14:paraId="27A1976D" w14:textId="316063F1" w:rsidR="00B10CFA" w:rsidRDefault="00960453">
          <w:pPr>
            <w:spacing w:after="0" w:line="240" w:lineRule="auto"/>
            <w:jc w:val="right"/>
          </w:pPr>
          <w:r>
            <w:rPr>
              <w:rFonts w:eastAsia="Arial"/>
              <w:i/>
              <w:color w:val="505050"/>
              <w:sz w:val="16"/>
            </w:rPr>
            <w:br/>
            <w:t>MINISTRY OF FOREIGN AND EUROPEAN AFFAIRS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0A73"/>
    <w:rsid w:val="0077632B"/>
    <w:rsid w:val="00960453"/>
    <w:rsid w:val="00AA1D8D"/>
    <w:rsid w:val="00B10CFA"/>
    <w:rsid w:val="00B47730"/>
    <w:rsid w:val="00CB0664"/>
    <w:rsid w:val="00DA4A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7A5D0B"/>
  <w14:defaultImageDpi w14:val="300"/>
  <w15:docId w15:val="{B1D5DE19-B498-4D59-8C46-4403935C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upis i akreditaciju stalnog inozemnog dopisnika / Application for Registration and Accreditation of a Permanent Foreign Correspondent</dc:title>
  <dc:subject>Dvojezični obrazac za stalne inozemne dopisnike</dc:subject>
  <dc:creator>Ministarstvo vanjskih i europskih poslova Republike Hrvatske</dc:creator>
  <cp:keywords/>
  <dc:description>generated by python-docx</dc:description>
  <cp:lastModifiedBy>Marko Šapina</cp:lastModifiedBy>
  <cp:revision>3</cp:revision>
  <dcterms:created xsi:type="dcterms:W3CDTF">2026-09-29T07:30:00Z</dcterms:created>
  <dcterms:modified xsi:type="dcterms:W3CDTF">2026-09-29T11:13:00Z</dcterms:modified>
  <cp:category/>
</cp:coreProperties>
</file>